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נעולים בקלפי 🔐 חדר בריחה דיגיטלי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קורה אחרי הבחירות – מהקלפי לכנסת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ספירת הקולות והרכבת הממשלה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תפקידה של הכנסת ושל הקואליציה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באזרחות הקשורים לבחירות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תיבה שבה מכניסים את פתק ההצבה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ועדת הבחירות המרכזית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מתחיל התהליך שקובע כמה מנדטים מקבלת כל מפלגה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בלי אמון הכנסת הממשלה לא יכולה לפעול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כנסת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(המקום שבו מצביעים ביום הבחירות)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(מפלגות שמתאחדות כדי להקים ממשלה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(הצבעה בכנסת שמאשרת ממשלה חדשה)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אזרחים מצביעים בקלפיות ביום הבחירות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סוגרים את הקלפיות וסופרים את הקולות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נשיא המדינה מטיל על מועמד להרכיב ממשלה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שהכנסת מחוקקת חוקים ונותנת אמון לממשלה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ספירת קולות וקביעת מנדטים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קבוצת מפלגות שמתאחדת כדי שיהיה רוב בכנסת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לפחות 61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למשחק נעולים בקלפי כהכנה או כסיכום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להסביר את מושג האמון בעזרת דוגמה פשוטה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ללא סימון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נעולים בקלפי 🔐 חדר בריחה דיגיטלי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קורה אחרי הבחירות – מהקלפי לכנסת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אחרי שהקלפיות ננעלות מתחיל תהליך חשוב: סופרים את הקולות, הנשיא מטיל על מועמד להרכיב ממשלה, ומקימים קואליציה שתקבל את אמון הכנסת.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כנסת  ·  קולות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תיבה שבה מכניסים את פתק ההצבה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מסמך שמקבלים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מקום שבו יושבת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סופר את הקולות אחרי שסוגרים את הקלפיות?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ועדת הבחירות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ראש הממשלה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בתי המשפט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שסוגרים את הקלפיות מתחילים לספור את הקולות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ממשלה חדשה חייבת לקבל את אמון הכנסת כדי להתחיל לפעול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אחרי שהקלפיות ננעלות סופרים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הוא המקום שבו מתכנסים נבחרי הציבור לחוקק חוקים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מפלגות שמתאחדות כדי להקים ממשלה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קואליציה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הצבעה בכנסת שמאשרת ממשלה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המקום שבו מצביעים ביום הבחירות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נשיא המדינה מטיל על מועמד להרכיב ממשלה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אזרחים מצביעים בקלפיות ביום הבחירות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סוגרים את הקלפיות וסופרים את הקולות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בקצרה למה חשוב שתהיה כנסת פעילה אחרי הבחירות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מיד אחרי שסוגרים את הקלפיות?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קואליציה ולמה היא נחוצה?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קורה אחרי הבחירות – מהקלפי לכנסת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