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נעולים בקלפי 🔐 חדר בריחה דיגיטלי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קורה אחרי הבחירות – מהקלפי לכנסת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ספירת הקולות והרכבת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תפקידה של הכנסת ושל הקואליציה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באזרחות הקשורים לבחירות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שבה מכניסים את פתק ההצבה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ועדת הבחירות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נשיא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מתחיל התהליך שקובע כמה מנדטים מקבלת כל 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אזרחים בוחרים נציגים (חברי כנסת) שמצביעים בשמם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בלי אמון הכנסת הממשלה לא יכולה לפעול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לפחות 61 חברי כנסת שתומכים כדי לקבל 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קואליציה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(המקום שבו מצביעים ביום הבחירות)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(מושב בכנסת שמפלגה מקבלת לפי מספר הקולות)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(מפלגות שמתאחדות כדי להקים ממשלה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(מפלגות שלא חלק מהממשלה ומבקרות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(הצבעה בכנסת שמאשרת ממשלה 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אזרחים מצביעים בקלפיות ביום 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סוגרים את הקלפיות וסופרים את הקולות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נשיא המדינה מטיל על מועמד להרכיב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המועמד מרכיב קואליציה עם מפלגות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הכנסת מצביעה ונותנת אמון לממשלה החדשה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שהכנסת מחוקקת חוקים ונותנת אמון לממשלה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ספירת קולות, חלוקת מנדטים, הטלת תפקיד על ידי הנשיא, הרכבת קואליציה, הצבעת 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ספירת קולות וקביעת מנדטים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קבוצת מפלגות שמתאחדת כדי שיהיה רוב בכנסת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61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נעולים בקלפי כהכנה או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את מושג האמון בעזרת דוגמה פשוטה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נעולים בקלפי 🔐 חדר בריחה דיגיטלי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קורה אחרי הבחירות – מהקלפי לכנסת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הבחירות סופרים את הקולות. אחר כך בוחרים מי יהיה ראש הממשלה, ומקימים ממשלה 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הקופסה שבה מכניסים את הפתק ביום הבחירות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כנסת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נבחרי הציבור קובעים חוקים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מנדט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מושב בכנסת שמפלגה מקבלת לפי מספר הקולות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קואליציה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מפלגות שמתאחדות יחד כדי להקים 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מפלגות שלא חלק מהממשלה ומבקרות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הצבעה בכנסת שמאשרת שהממשלה יכולה לפעול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נשיא המדינה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שמטיל על מועמד את התפקיד להרכיב 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ממשלה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שמנהל את המדינה אחרי שקיבל אמון מהכנסת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קלפי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תיבה שבה מכניסים את פתק ההצבה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מסמך שמקבלים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שבו יושבת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אחראי לספור את הקולות?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בתי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זה לא נחוץ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נציגים יושבים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בוחר מי ינסה להקים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המשפט העליון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יושב ראש הכנסת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שסוגרים את הקלפיות מתחילים לספור את הקולות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אזרח יכול להיכנס לכנסת ולהצביע בעצמו על חוקים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ממשלה חדשה חייבת לקבל את אמון הכנסת כדי להתחיל לפעול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להרכיב ממשלה בלי תמיכה של רוב חברי הכנסת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שהקלפיות ננעלות סופרים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המקום שבו מתכנסים נבחרי הציבור לחוקק 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קבוצת מפלגות שמתאחדת כדי להקים ממשלה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שממשלה תוכל לפעול היא צריכה לקבל __________ מהכנסת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הצבעה בכנסת שמאשרת ממשלה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שבו מצביעים ביום הבחירות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קואליציה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מושב בכנסת שמפלגה מקבלת לפי מספר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מפלגות שמתאחדות כדי להקים ממשלה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מפלגות שלא חלק מהממשלה ומבקרות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המועמד מרכיב קואליציה עם מפלגות נוספות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מצביעה ונותנת אמון לממשלה החדשה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אזרחים מצביעים בקלפיות ביום הבחירות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סוגרים את הקלפיות וסופרים את הקולות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 המדינה מטיל על מועמד להרכיב 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בקצרה למה חשוב שתהיה כנסת פעילה אחרי הבחירות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במילים שלכם מה קורה בין סגירת הקלפיות לבין הקמת ממשלה חדשה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מיד אחרי שסוגרים את הקלפיות?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קואליציה ולמה היא נחוצה?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חברי כנסת צריכים לתמוך כדי שממשלה תקבל אמון?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קורה אחרי הבחירות – מהקלפי לכנסת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