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נעולים בקלפי 🔐 חדר בריחה דיגיטלי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 קורה אחרי הבחירות – מהקלפי לכנסת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תהליך ספירת הקולות והרכבת הממשלה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מהו תפקידה של הכנסת ושל הקואליציה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מושגי יסוד באזרחות הקשורים לבחירות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תיבה שבה מכניסים את פתק ההצבה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ועדת הבחירות המרכזית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120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נשיא המדינה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מתחיל התהליך שקובע כמה מנדטים מקבלת כל מפלגה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אזרחים בוחרים נציגים (חברי כנסת) שמצביעים בשמם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בלי אמון הכנסת הממשלה לא יכולה לפעול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צריך לפחות 61 חברי כנסת שתומכים כדי לקבל אמון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כנסת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קואליציה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אמון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(המקום שבו מצביעים ביום הבחירות)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(מושב בכנסת שמפלגה מקבלת לפי מספר הקולות)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(מפלגות שמתאחדות כדי להקים ממשלה יחד)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(מפלגות שלא חלק מהממשלה ומבקרות אותה)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(הצבעה בכנסת שמאשרת ממשלה חדשה)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התהליך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אזרחים מצביעים בקלפיות ביום הבחירות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סוגרים את הקלפיות וסופרים את הקולות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נשיא המדינה מטיל על מועמד להרכיב ממשלה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המועמד מרכיב קואליציה עם מפלגות נוספות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הכנסת מצביעה ונותנת אמון לממשלה החדשה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יסביר שהכנסת מחוקקת חוקים ונותנת אמון לממשלה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ספירת קולות, חלוקת מנדטים, הטלת תפקיד על ידי הנשיא, הרכבת קואליציה, הצבעת אמון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ספירת קולות וקביעת מנדטים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קבוצת מפלגות שמתאחדת כדי שיהיה רוב בכנסת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לפחות 61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לקשר את הדף למשחק נעולים בקלפי כהכנה או כסיכום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להסביר את מושג האמון בעזרת דוגמה פשוטה מהכיתה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להתמקד בחלקים ללא סימון skip_n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נעולים בקלפי 🔐 חדר בריחה דיגיטלי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 קורה אחרי הבחירות – מהקלפי לכנסת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אחרי שהקלפיות ננעלות מתחיל תהליך חשוב: סופרים את הקולות, הנשיא מטיל על מועמד להרכיב ממשלה, ומקימים קואליציה שתקבל את אמון הכנסת.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זה קלפי?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תיבה שבה מכניסים את פתק ההצבה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מסמך שמקבלים בדואר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מקום שבו יושבת הממשלה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של מפלגה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סופר את הקולות אחרי שסוגרים את הקלפיות?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ועדת הבחירות המרכזית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ראש הממשלה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בתי המשפט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אף אחד, זה לא נחוץ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חברי כנסת יש בכנסת 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150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61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מטיל על מועמד את התפקיד להרכיב ממשלה?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נשיא המדינה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ראש הממשלה הקודם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בית המשפט העליון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יושב ראש הכנסת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 שסוגרים את הקלפיות מתחילים לספור את הקולות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אזרח יכול להיכנס לכנסת ולהצביע בעצמו על חוקים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ממשלה חדשה חייבת לקבל את אמון הכנסת כדי להתחיל לפעול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להרכיב ממשלה בלי תמיכה של רוב חברי הכנסת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אחרי שהקלפיות ננעלות סופרים את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ה__________ הוא המקום שבו מתכנסים נבחרי הציבור לחוקק חוקים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קבוצת מפלגות שמתאחדת כדי להקים ממשלה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כדי שממשלה תוכל לפעול היא צריכה לקבל __________ מהכנסת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קלפי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מפלגות שמתאחדות כדי להקים ממשלה יחד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מנדט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מפלגות שלא חלק מהממשלה ומבקרות אותה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קואליציה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הצבעה בכנסת שמאשרת ממשלה חדשה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אופוזיציה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מושב בכנסת שמפלגה מקבלת לפי מספר הקולות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אמון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המקום שבו מצביעים ביום הבחירות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התהליך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המועמד מרכיב קואליציה עם מפלגות נוספות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נשיא המדינה מטיל על מועמד להרכיב ממשלה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סוגרים את הקלפיות וסופרים את הקולות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הכנסת מצביעה ונותנת אמון לממשלה החדשה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אזרחים מצביעים בקלפיות ביום הבחירות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בקצרה למה חשוב שתהיה כנסת פעילה אחרי הבחירות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במילים שלכם מה קורה בין סגירת הקלפיות לבין הקמת ממשלה חדשה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קורה מיד אחרי שסוגרים את הקלפיות?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קואליציה ולמה היא נחוצה?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חברי כנסת צריכים לתמוך כדי שממשלה תקבל אמון?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מה קורה אחרי הבחירות – מהקלפי לכנסת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